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השחיינים - אגי משעול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הדוברים בשיר ואת רגע חשיפתם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הניגוד בין הזקנות לשחיינים הצעירים ואת 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(ניגוד, כפל משמעות, אירוניה, מטאפורה) ולהסביר 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השחיינים הצעירים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הבית הראשון מתאר את הזקנות שוקעות וצפות לאט, בניגוד לשם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זוהי האירוניה המרכזית בסיום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אגי משעול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אמצעי אמנותי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(הציפה האיטית של הזקנות מול השחייה המהירה של הצעירים)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(המילה 'טובעות' מרמזת גם לטביעה במים וגם לקרבה לסוף 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(הצעירים אינם רוצים לראות שהזקנה היא התכלית שאליה הם עצמם שואפים)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התפתחות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הנשים הזקנות שוקעות ונחות לאט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גרוטסקי ולגלגני של גוף הזקנות המתהפכות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חשיפת הדוברים - השחיינים הצעירים, במילה 'אך'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גאוותם של הצעירים בגופם השזוף והחזק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הדוברים הם השחיינים הצעירים, נחשפים בבית השלישי במילה 'אך'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הצעירים אינם רוצים לראות שהזקנה היא התכלית שאליה הם עצמם חותרים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קבלת כל אמצעי מתאים עם דוגמה קצרה, למשל ניגוד, כפל משמעות או מטאפורה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בקול פעמיים: פעם לפני גילוי הדוברים ופעם אחריו, כדי להדגיש את אפקט ההפתעה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להסביר את מילת הניגוד 'אך' כנקודת מפנה מבנית ותוכנית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לבקש מהתלמידים לצטט בעצמם ביטוי קצר מהשיר כדי לחזק את הקשר בין העמדה לטקסט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השחיינים - אגי משעול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 'השחיינים' מתארת אגי משעול בריכת שחייה שבה נפגשות נשים זקנות ושחיינים צעירים. דרך הניגוד ביניהם וההפתעה בזיהוי הדוברים, השיר חושף ביקורת על היחס לזקנה ולגוף המזדקן.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אך  ·  אגי משעול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הם הדוברים בשיר 'השחיינים'?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הנשים הזקנות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השחיינים הצעירים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מציל הבריכה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פותחת את הבית שבו נחשפים הדוברים?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מפעם לפעם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השיר 'השחיינים' יוצר ציפייה לתנועה ולכוח, אך בית השיר הראשון מתאר דווקא נשים שכמעט אינן זזות.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בסיום השיר מתברר שהצעירים אינם רוצים לראות שהזקנה היא עתידם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'השחיינים' נכתב על ידי המשוררת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הבית השלישי בשיר נפתח במילת הניגוד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אמצעי אמנותי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ניגוד (אנטיתזה)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המילה 'טובעות' מרמזת גם לטביעה במים וגם לקרבה לסוף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כפל 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הצעירים אינם רוצים לראות שהזקנה היא התכלית שאליה הם עצמם שואפים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הציפה האיטית של הזקנות מול השחייה המהירה של הצעירים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התפתחות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חשיפת הדוברים - השחיינים הצעירים, במילה 'אך'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גאוותם של הצעירים בגופם השזוף והחזק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הנשים הזקנות שוקעות ונחות לאט במים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גרוטסקי ולגלגני של גוף הזקנות המתהפכות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הדוברים בשיר ומתי הם נחשפים לראשונה?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האירוניה המרכזית בסיום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השחיינים - אגי משעול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