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השחיינים - אגי משעול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הדוברים בשיר ואת רגע חשיפתם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הניגוד בין הזקנות לשחיינים הצעירים ואת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(ניגוד, כפל משמעות, אירוניה, מטאפורה)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השחיינים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שחייה וגם התקדמות בחיים לקראת הזקנה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לחשוף את המבט המתנשא של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השוואה בין שתי קבוצות גיל והבנה שהצעירים יזדקנו גם 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הבית הראשון מתאר את הזקנות שוקעות וצפות לאט, בניגוד לשם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הדוברים הם השחיינים הצעירים, שנחשפים רק בבית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זוהי האירוניה המרכזית בסיום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השיר כתוב בלשון קרובה לדיבור, בלי משקל וחריזה קבועים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אגי משעול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שזוף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אמצעי אמנותי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(הציפה האיטית של הזקנות מול השחייה המהירה של הצעירים)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(המילה 'טובעות' מרמזת גם לטביעה במים וגם לקרבה לסוף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(המים הניתזים מייצגים את חיוניות הנעורים של השחיינים)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(הצעירים אינם רוצים לראות שהזקנה היא התכלית שאליה הם עצמם שואפים)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(המילה 'אך' מסמנת מעבר מתיאור הזקנות לתיאור הצעירים)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התפתחות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הנשים הזקנות שוקעות ונחות לאט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גרוטסקי ולגלגני של גוף הזקנות המתהפכות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חשיפת הדוברים - השחיינים הצעירים, במילה 'אך'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גאוותם של הצעירים בגופם השזוף והחזק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סילוק הזקנות על ידי הצעירים 'למקומן הראוי'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חשיפת האירוניה: הזקנה היא התכלית של הצעירים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כך הקורא תחילה מזהה את הלעג כלפי הזקנות כתיאור כללי, ורק אחר כך מגלה שהלעג מגיע מהצעירים עצמם - מה שמחזק את הביקורת על ההתנשאות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הדוברים הם השחיינים הצעירים, נחשפים בבית השלישי במילה 'אך'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הצעירים אינם רוצים לראות שהזקנה היא התכלית שאליה הם עצמם חותרים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קבלת כל אמצעי מתאים עם דוגמה קצרה, למשל ניגוד, כפל משמעות או מטאפורה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בקול פעמיים: פעם לפני גילוי הדוברים ופעם אחריו, כדי להדגיש את אפקט ההפתעה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להסביר את מילת הניגוד 'אך' כנקודת מפנה מבנית ותוכנית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לצטט בעצמם ביטוי קצר מהשיר כדי לחזק את הקשר בין העמדה לטקסט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השחיינים - אגי משעול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מספר על בריכה. יש בה נשים זקנות ששוחות לאט, ויש בחורים צעירים וחזקים. בסוף מתברר מי מדבר בשיר, וזו הפתעה חשובה.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בשיר, הגוף שממנו מסופר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אנטיתזה (ניגוד)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הפוכים זה מול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כשמשהו יוצא הפוך ממה שציפו לו, ולפעמים זה מצחיק או עצוב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במילים כמו 'כמו' או 'כ'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סמויה, בלי מילת השוואה, בין שני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 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שאפשר להבין בשתי דרכים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גרוטסקי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מוזר ומכוער שיש בו גם לעג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פסוקי שיר גולשים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שורות שיר שהמשפט בהן ממשיך משורה לשורה בלי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מדבר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הנשים הזקנות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השחיינים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מציל הבריכה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המשוררת בזקנתה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מתחילה את הבית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מפעם לפעם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הכוונה במילה 'חותרים' בסוף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שחייה וגם התקדמות בחיים לקראת הזקנה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שחייה וגם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חתירה בסירה וגם דיג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כפל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הזקנות מתוארות בצורה לא 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שהן שחייניות מצטיינות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לחשוף את המבט המתנשא של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את הבריכה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להצחיק בלי משמעות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הקשר בין הזקנות לצעירים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בין שתי קבוצות גיל והבנה שהצעירים יזדקנו גם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בריכת שחייה בלבד, בלי קשר בין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שחייה רשמית בין הזקנות לצעירים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שבח ליופי הגוף הצעיר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השיר 'השחיינים' יוצר ציפייה לתנועה ולכוח, אך בית השיר הראשון מתאר דווקא נשים שכמעט אינן זזות.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הדוברים בשיר הם הנשים הזקנות.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השיר מתברר שהצעירים אינם רוצים לראות שהזקנה היא עתידם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לשיר יש משקל וחריזה קבועים לאורך כל השורות.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'השחיינים' נכתב על ידי המשוררת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הבית השלישי בשיר נפתח במילת הניגוד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הנשים הזקנות מתוארות כ'מפרפרות כ__________'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השחיינים הצעירים מתוארים כבעלי גוף __________ ושרירי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אמצעי אמנותי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ניגוד (אנטיתזה)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המילה 'טובעות' מרמזת גם לטביעה במים וגם לקרבה לסוף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כפל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הצעירים אינם רוצים לראות שהזקנה היא התכלית שאליה הם עצמם שואפים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המילה 'אך' מסמנת מעבר מתיאור הזקנות לתיאור הצעירים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הציפה האיטית של הזקנות מול השחייה המהירה של הצעירים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מילת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המים הניתזים מייצגים את חיוניות הנעורים של השחיינים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התפתחות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חשיפת האירוניה: הזקנה היא התכלית של הצעירים עצמם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חשיפת הדוברים - השחיינים הצעירים, במילה 'אך'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גאוותם של הצעירים בגופם השזוף והחזק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סילוק הזקנות על ידי הצעירים 'למקומן הראוי'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הנשים הזקנות שוקעות ונחות לאט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גרוטסקי ולגלגני של גוף הזקנות המתהפכות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בחרה משעול לחשוף את זהות הדוברים רק בבית השלישי ולא בתחילת השיר?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הדוברים בשיר ומתי הם נחשפים לראשונה?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האירוניה המרכזית בסיום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אמצעי אמנותי אחד מהשיר ותנו דוגמה קצרה.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השחיינים - אגי משעול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