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השחיינים - אגי משעול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הדוברים בשיר ואת רגע חשיפתם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הניגוד בין הזקנות לשחיינים הצעירים ואת 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(ניגוד, כפל משמעות, אירוניה, מטאפורה) ולהסביר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השחיינים הצעירים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שחייה וגם התקדמות בחיים לקראת הזקנה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לחשוף את המבט המתנשא של הצעירים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השוואה בין שתי קבוצות גיל והבנה שהצעירים יזדקנו גם 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הבית הראשון מתאר את הזקנות שוקעות וצפות לאט, בניגוד לשם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הדוברים הם השחיינים הצעירים, שנחשפים רק בבית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זוהי האירוניה המרכזית בסיום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השיר כתוב בלשון קרובה לדיבור, בלי משקל וחריזה קבועים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אגי משעול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שזוף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אמצעי אמנותי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(הציפה האיטית של הזקנות מול השחייה המהירה של הצעירים)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(המילה 'טובעות' מרמזת גם לטביעה במים וגם לקרבה לסוף החיים)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(המים הניתזים מייצגים את חיוניות הנעורים של השחיינים)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(הצעירים אינם רוצים לראות שהזקנה היא התכלית שאליה הם עצמם שואפים)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(המילה 'אך' מסמנת מעבר מתיאור הזקנות לתיאור הצעירים)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התפתחות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הנשים הזקנות שוקעות ונחות לאט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גרוטסקי ולגלגני של גוף הזקנות המתהפכות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חשיפת הדוברים - השחיינים הצעירים, במילה 'אך'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תיאור גאוותם של הצעירים בגופם השזוף והחזק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סילוק הזקנות על ידי הצעירים 'למקומן הראוי'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חשיפת האירוניה: הזקנה היא התכלית של הצעירים 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כך הקורא תחילה מזהה את הלעג כלפי הזקנות כתיאור כללי, ורק אחר כך מגלה שהלעג מגיע מהצעירים עצמם - מה שמחזק את הביקורת על ההתנשאות שלהם.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הדוברים הם השחיינים הצעירים, נחשפים בבית השלישי במילה 'אך'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הצעירים אינם רוצים לראות שהזקנה היא התכלית שאליה הם עצמם חותרים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קבלת כל אמצעי מתאים עם דוגמה קצרה, למשל ניגוד, כפל משמעות או מטאפורה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השיר בקול פעמיים: פעם לפני גילוי הדוברים ופעם אחריו, כדי להדגיש את אפקט ההפתעה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להסביר את מילת הניגוד 'אך' כנקודת מפנה מבנית ותוכנית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לבקש מהתלמידים לצטט בעצמם ביטוי קצר מהשיר כדי לחזק את הקשר בין העמדה לטקסט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השחיינים - אגי משעול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בשיר 'השחיינים' מתארת אגי משעול בריכת שחייה שבה נפגשות נשים זקנות ושחיינים צעירים. דרך הניגוד ביניהם וההפתעה בזיהוי הדוברים, השיר חושף ביקורת על היחס לזקנה ולגוף המזדקן.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הם הדוברים בשיר 'השחיינים'?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הנשים הזקנות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השחיינים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מציל הבריכה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המשוררת בזקנתה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פותחת את הבית שבו נחשפים הדוברים?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מפעם לפעם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כפל המשמעות של המילה 'חותרים' בסיום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שחייה וגם התקדמות בחיים לקראת הזקנה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שחייה וגם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חתירה בסירה וגם דיג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כפל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התיאור הגרוטסקי של הזקנות בבית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להראות שהן שחייניות מצטיינות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לחשוף את המבט המתנשא של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את הבריכה בפירוט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להצחיק בלי משמעות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מחבר בין נושאי הזקנה והנעורים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בין שתי קבוצות גיל והבנה שהצעירים יזדקנו גם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בריכת שחייה בלבד, בלי קשר בין הקבוצות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 שחייה רשמית בין הזקנות לצעירים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שבח ליופי הגוף הצעיר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השיר 'השחיינים' יוצר ציפייה לתנועה ולכוח, אך בית השיר הראשון מתאר דווקא נשים שכמעט אינן זזות.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הדוברים בשיר הם הנשים הזקנות.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השיר מתברר שהצעירים אינם רוצים לראות שהזקנה היא עתידם 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לשיר יש משקל וחריזה קבועים לאורך כל השורות.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השיר 'השחיינים' נכתב על ידי המשוררת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הבית השלישי בשיר נפתח במילת הניגוד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הנשים הזקנות מתוארות כ'מפרפרות כ__________'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השחיינים הצעירים מתוארים כבעלי גוף __________ ושרירי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אמצעי אמנותי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ניגוד (אנטיתזה)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המים הניתזים מייצגים את חיוניות הנעורים של השחיינים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כפל 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הציפה האיטית של הזקנות מול השחייה המהירה של הצעירים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המילה 'טובעות' מרמזת גם לטביעה במים וגם לקרבה לסוף החיים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אירוניה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המילה 'אך' מסמנת מעבר מתיאור הזקנות לתיאור הצעירים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מילת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הצעירים אינם רוצים לראות שהזקנה היא התכלית שאליה הם עצמם שואפים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התפתחות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חשיפת האירוניה: הזקנה היא התכלית של הצעירים עצמם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הנשים הזקנות שוקעות ונחות לאט במים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גאוותם של הצעירים בגופם השזוף והחזק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גרוטסקי ולגלגני של גוף הזקנות המתהפכות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חשיפת הדוברים - השחיינים הצעירים, במילה 'אך'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סילוק הזקנות על ידי הצעירים 'למקומן הראוי'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בחרה משעול לחשוף את זהות הדוברים רק בבית השלישי ולא בתחילת השיר?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הדוברים בשיר ומתי הם נחשפים לראשונה?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האירוניה המרכזית בסיום השיר?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אמצעי אמנותי אחד מהשיר ותנו דוגמה קצרה.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השחיינים - אגי משעול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